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HOUSE RENT AGREEMENT</w:t>
      </w:r>
    </w:p>
    <w:p>
      <w:pPr>
        <w:jc w:val="center"/>
      </w:pPr>
      <w:r>
        <w:rPr>
          <w:b/>
          <w:sz w:val="22"/>
        </w:rPr>
        <w:t>FEDERAL REPUBLIC OF NIGERIA</w:t>
      </w:r>
    </w:p>
    <w:p>
      <w:pPr>
        <w:jc w:val="center"/>
      </w:pPr>
      <w:r>
        <w:t>Agreement No: _________________ | Date: _________________</w:t>
      </w:r>
    </w:p>
    <w:p/>
    <w:p>
      <w:r>
        <w:rPr>
          <w:b/>
        </w:rPr>
        <w:t>THIS AGREEMENT made this _____ day of _____________, 20_____ BETWEEN:</w:t>
      </w:r>
    </w:p>
    <w:p>
      <w:pPr>
        <w:pStyle w:val="Heading2"/>
      </w:pPr>
      <w:r>
        <w:t>1. LANDLORD DETAILS</w:t>
      </w:r>
    </w:p>
    <w:tbl>
      <w:tblPr>
        <w:tblStyle w:val="LightGrid-Accent1"/>
        <w:tblW w:type="auto" w:w="0"/>
        <w:tblLook w:firstColumn="1" w:firstRow="1" w:lastColumn="0" w:lastRow="0" w:noHBand="0" w:noVBand="1" w:val="04A0"/>
      </w:tblPr>
      <w:tblGrid>
        <w:gridCol w:w="4680"/>
        <w:gridCol w:w="4680"/>
      </w:tblGrid>
      <w:tr>
        <w:tc>
          <w:tcPr>
            <w:tcW w:type="dxa" w:w="4680"/>
          </w:tcPr>
          <w:p>
            <w:r>
              <w:t>Full Name</w:t>
            </w:r>
          </w:p>
        </w:tc>
        <w:tc>
          <w:tcPr>
            <w:tcW w:type="dxa" w:w="4680"/>
          </w:tcPr>
          <w:p>
            <w:r>
              <w:t>________________________________________________</w:t>
            </w:r>
          </w:p>
        </w:tc>
      </w:tr>
      <w:tr>
        <w:tc>
          <w:tcPr>
            <w:tcW w:type="dxa" w:w="4680"/>
          </w:tcPr>
          <w:p>
            <w:r>
              <w:t>Address</w:t>
            </w:r>
          </w:p>
        </w:tc>
        <w:tc>
          <w:tcPr>
            <w:tcW w:type="dxa" w:w="4680"/>
          </w:tcPr>
          <w:p>
            <w:r>
              <w:t>________________________________________________</w:t>
            </w:r>
          </w:p>
        </w:tc>
      </w:tr>
      <w:tr>
        <w:tc>
          <w:tcPr>
            <w:tcW w:type="dxa" w:w="4680"/>
          </w:tcPr>
          <w:p>
            <w:r>
              <w:t>Phone Number</w:t>
            </w:r>
          </w:p>
        </w:tc>
        <w:tc>
          <w:tcPr>
            <w:tcW w:type="dxa" w:w="4680"/>
          </w:tcPr>
          <w:p>
            <w:r>
              <w:t>________________________________________________</w:t>
            </w:r>
          </w:p>
        </w:tc>
      </w:tr>
      <w:tr>
        <w:tc>
          <w:tcPr>
            <w:tcW w:type="dxa" w:w="4680"/>
          </w:tcPr>
          <w:p>
            <w:r>
              <w:t>Email</w:t>
            </w:r>
          </w:p>
        </w:tc>
        <w:tc>
          <w:tcPr>
            <w:tcW w:type="dxa" w:w="4680"/>
          </w:tcPr>
          <w:p>
            <w:r>
              <w:t>________________________________________________</w:t>
            </w:r>
          </w:p>
        </w:tc>
      </w:tr>
      <w:tr>
        <w:tc>
          <w:tcPr>
            <w:tcW w:type="dxa" w:w="4680"/>
          </w:tcPr>
          <w:p>
            <w:r>
              <w:t>Bank Details (if applicable)</w:t>
            </w:r>
          </w:p>
        </w:tc>
        <w:tc>
          <w:tcPr>
            <w:tcW w:type="dxa" w:w="4680"/>
          </w:tcPr>
          <w:p>
            <w:r>
              <w:t>________________________________________________</w:t>
            </w:r>
          </w:p>
        </w:tc>
      </w:tr>
    </w:tbl>
    <w:p/>
    <w:p>
      <w:pPr>
        <w:pStyle w:val="Heading2"/>
      </w:pPr>
      <w:r>
        <w:t>2. TENANT DETAILS</w:t>
      </w:r>
    </w:p>
    <w:tbl>
      <w:tblPr>
        <w:tblStyle w:val="LightGrid-Accent1"/>
        <w:tblW w:type="auto" w:w="0"/>
        <w:tblLook w:firstColumn="1" w:firstRow="1" w:lastColumn="0" w:lastRow="0" w:noHBand="0" w:noVBand="1" w:val="04A0"/>
      </w:tblPr>
      <w:tblGrid>
        <w:gridCol w:w="4680"/>
        <w:gridCol w:w="4680"/>
      </w:tblGrid>
      <w:tr>
        <w:tc>
          <w:tcPr>
            <w:tcW w:type="dxa" w:w="4680"/>
          </w:tcPr>
          <w:p>
            <w:r>
              <w:t>Full Name</w:t>
            </w:r>
          </w:p>
        </w:tc>
        <w:tc>
          <w:tcPr>
            <w:tcW w:type="dxa" w:w="4680"/>
          </w:tcPr>
          <w:p>
            <w:r>
              <w:t>________________________________________________</w:t>
            </w:r>
          </w:p>
        </w:tc>
      </w:tr>
      <w:tr>
        <w:tc>
          <w:tcPr>
            <w:tcW w:type="dxa" w:w="4680"/>
          </w:tcPr>
          <w:p>
            <w:r>
              <w:t>Address (Current)</w:t>
            </w:r>
          </w:p>
        </w:tc>
        <w:tc>
          <w:tcPr>
            <w:tcW w:type="dxa" w:w="4680"/>
          </w:tcPr>
          <w:p>
            <w:r>
              <w:t>________________________________________________</w:t>
            </w:r>
          </w:p>
        </w:tc>
      </w:tr>
      <w:tr>
        <w:tc>
          <w:tcPr>
            <w:tcW w:type="dxa" w:w="4680"/>
          </w:tcPr>
          <w:p>
            <w:r>
              <w:t>Phone Number</w:t>
            </w:r>
          </w:p>
        </w:tc>
        <w:tc>
          <w:tcPr>
            <w:tcW w:type="dxa" w:w="4680"/>
          </w:tcPr>
          <w:p>
            <w:r>
              <w:t>________________________________________________</w:t>
            </w:r>
          </w:p>
        </w:tc>
      </w:tr>
      <w:tr>
        <w:tc>
          <w:tcPr>
            <w:tcW w:type="dxa" w:w="4680"/>
          </w:tcPr>
          <w:p>
            <w:r>
              <w:t>Email</w:t>
            </w:r>
          </w:p>
        </w:tc>
        <w:tc>
          <w:tcPr>
            <w:tcW w:type="dxa" w:w="4680"/>
          </w:tcPr>
          <w:p>
            <w:r>
              <w:t>________________________________________________</w:t>
            </w:r>
          </w:p>
        </w:tc>
      </w:tr>
      <w:tr>
        <w:tc>
          <w:tcPr>
            <w:tcW w:type="dxa" w:w="4680"/>
          </w:tcPr>
          <w:p>
            <w:r>
              <w:t>Occupation</w:t>
            </w:r>
          </w:p>
        </w:tc>
        <w:tc>
          <w:tcPr>
            <w:tcW w:type="dxa" w:w="4680"/>
          </w:tcPr>
          <w:p>
            <w:r>
              <w:t>________________________________________________</w:t>
            </w:r>
          </w:p>
        </w:tc>
      </w:tr>
    </w:tbl>
    <w:p/>
    <w:p>
      <w:pPr>
        <w:pStyle w:val="Heading2"/>
      </w:pPr>
      <w:r>
        <w:t>3. PROPERTY DETAILS</w:t>
      </w:r>
    </w:p>
    <w:tbl>
      <w:tblPr>
        <w:tblStyle w:val="LightGrid-Accent1"/>
        <w:tblW w:type="auto" w:w="0"/>
        <w:tblLook w:firstColumn="1" w:firstRow="1" w:lastColumn="0" w:lastRow="0" w:noHBand="0" w:noVBand="1" w:val="04A0"/>
      </w:tblPr>
      <w:tblGrid>
        <w:gridCol w:w="4680"/>
        <w:gridCol w:w="4680"/>
      </w:tblGrid>
      <w:tr>
        <w:tc>
          <w:tcPr>
            <w:tcW w:type="dxa" w:w="4680"/>
          </w:tcPr>
          <w:p>
            <w:r>
              <w:t>Property Address</w:t>
            </w:r>
          </w:p>
        </w:tc>
        <w:tc>
          <w:tcPr>
            <w:tcW w:type="dxa" w:w="4680"/>
          </w:tcPr>
          <w:p>
            <w:r>
              <w:t>________________________________________________</w:t>
            </w:r>
          </w:p>
        </w:tc>
      </w:tr>
      <w:tr>
        <w:tc>
          <w:tcPr>
            <w:tcW w:type="dxa" w:w="4680"/>
          </w:tcPr>
          <w:p>
            <w:r>
              <w:t>Property Type</w:t>
            </w:r>
          </w:p>
        </w:tc>
        <w:tc>
          <w:tcPr>
            <w:tcW w:type="dxa" w:w="4680"/>
          </w:tcPr>
          <w:p>
            <w:r>
              <w:t>☐ Flat  ☐ House  ☐ Bungalow  ☐ Other___________</w:t>
            </w:r>
          </w:p>
        </w:tc>
      </w:tr>
      <w:tr>
        <w:tc>
          <w:tcPr>
            <w:tcW w:type="dxa" w:w="4680"/>
          </w:tcPr>
          <w:p>
            <w:r>
              <w:t>Number of Rooms</w:t>
            </w:r>
          </w:p>
        </w:tc>
        <w:tc>
          <w:tcPr>
            <w:tcW w:type="dxa" w:w="4680"/>
          </w:tcPr>
          <w:p>
            <w:r>
              <w:t>________________________________________________</w:t>
            </w:r>
          </w:p>
        </w:tc>
      </w:tr>
      <w:tr>
        <w:tc>
          <w:tcPr>
            <w:tcW w:type="dxa" w:w="4680"/>
          </w:tcPr>
          <w:p>
            <w:r>
              <w:t>Description of Property</w:t>
            </w:r>
          </w:p>
        </w:tc>
        <w:tc>
          <w:tcPr>
            <w:tcW w:type="dxa" w:w="4680"/>
          </w:tcPr>
          <w:p>
            <w:r>
              <w:t>________________________________________________</w:t>
            </w:r>
          </w:p>
        </w:tc>
      </w:tr>
      <w:tr>
        <w:tc>
          <w:tcPr>
            <w:tcW w:type="dxa" w:w="4680"/>
          </w:tcPr>
          <w:p>
            <w:r>
              <w:t>Facilities Included</w:t>
            </w:r>
          </w:p>
        </w:tc>
        <w:tc>
          <w:tcPr>
            <w:tcW w:type="dxa" w:w="4680"/>
          </w:tcPr>
          <w:p>
            <w:r>
              <w:t>☐ Parking  ☐ Electricity  ☐ Water  ☐ Other_______</w:t>
            </w:r>
          </w:p>
        </w:tc>
      </w:tr>
      <w:tr>
        <w:tc>
          <w:tcPr>
            <w:tcW w:type="dxa" w:w="4680"/>
          </w:tcPr>
          <w:p>
            <w:r>
              <w:t>Property Key Code/Number</w:t>
            </w:r>
          </w:p>
        </w:tc>
        <w:tc>
          <w:tcPr>
            <w:tcW w:type="dxa" w:w="4680"/>
          </w:tcPr>
          <w:p>
            <w:r>
              <w:t>________________________________________________</w:t>
            </w:r>
          </w:p>
        </w:tc>
      </w:tr>
    </w:tbl>
    <w:p/>
    <w:p>
      <w:pPr>
        <w:pStyle w:val="Heading2"/>
      </w:pPr>
      <w:r>
        <w:t>4. TENANCY TERMS AND CONDITIONS</w:t>
      </w:r>
    </w:p>
    <w:tbl>
      <w:tblPr>
        <w:tblStyle w:val="LightGrid-Accent1"/>
        <w:tblW w:type="auto" w:w="0"/>
        <w:tblLook w:firstColumn="1" w:firstRow="1" w:lastColumn="0" w:lastRow="0" w:noHBand="0" w:noVBand="1" w:val="04A0"/>
      </w:tblPr>
      <w:tblGrid>
        <w:gridCol w:w="4680"/>
        <w:gridCol w:w="4680"/>
      </w:tblGrid>
      <w:tr>
        <w:tc>
          <w:tcPr>
            <w:tcW w:type="dxa" w:w="4680"/>
          </w:tcPr>
          <w:p>
            <w:r>
              <w:t>Commencement Date</w:t>
            </w:r>
          </w:p>
        </w:tc>
        <w:tc>
          <w:tcPr>
            <w:tcW w:type="dxa" w:w="4680"/>
          </w:tcPr>
          <w:p>
            <w:r>
              <w:t>________________________________________________</w:t>
            </w:r>
          </w:p>
        </w:tc>
      </w:tr>
      <w:tr>
        <w:tc>
          <w:tcPr>
            <w:tcW w:type="dxa" w:w="4680"/>
          </w:tcPr>
          <w:p>
            <w:r>
              <w:t>Duration of Tenancy</w:t>
            </w:r>
          </w:p>
        </w:tc>
        <w:tc>
          <w:tcPr>
            <w:tcW w:type="dxa" w:w="4680"/>
          </w:tcPr>
          <w:p>
            <w:r>
              <w:t>☐ 1 Year  ☐ 2 Years  ☐ 3 Years  ☐ Other________</w:t>
            </w:r>
          </w:p>
        </w:tc>
      </w:tr>
      <w:tr>
        <w:tc>
          <w:tcPr>
            <w:tcW w:type="dxa" w:w="4680"/>
          </w:tcPr>
          <w:p>
            <w:r>
              <w:t>Expiration Date</w:t>
            </w:r>
          </w:p>
        </w:tc>
        <w:tc>
          <w:tcPr>
            <w:tcW w:type="dxa" w:w="4680"/>
          </w:tcPr>
          <w:p>
            <w:r>
              <w:t>________________________________________________</w:t>
            </w:r>
          </w:p>
        </w:tc>
      </w:tr>
      <w:tr>
        <w:tc>
          <w:tcPr>
            <w:tcW w:type="dxa" w:w="4680"/>
          </w:tcPr>
          <w:p>
            <w:r>
              <w:t>Monthly Rent Amount (₦)</w:t>
            </w:r>
          </w:p>
        </w:tc>
        <w:tc>
          <w:tcPr>
            <w:tcW w:type="dxa" w:w="4680"/>
          </w:tcPr>
          <w:p>
            <w:r>
              <w:t>N ________________________________________________</w:t>
            </w:r>
          </w:p>
        </w:tc>
      </w:tr>
      <w:tr>
        <w:tc>
          <w:tcPr>
            <w:tcW w:type="dxa" w:w="4680"/>
          </w:tcPr>
          <w:p>
            <w:r>
              <w:t>Rent Payment Day</w:t>
            </w:r>
          </w:p>
        </w:tc>
        <w:tc>
          <w:tcPr>
            <w:tcW w:type="dxa" w:w="4680"/>
          </w:tcPr>
          <w:p>
            <w:r>
              <w:t>On or before the _____ day of each month</w:t>
            </w:r>
          </w:p>
        </w:tc>
      </w:tr>
      <w:tr>
        <w:tc>
          <w:tcPr>
            <w:tcW w:type="dxa" w:w="4680"/>
          </w:tcPr>
          <w:p>
            <w:r>
              <w:t>Deposit Amount (₦)</w:t>
            </w:r>
          </w:p>
        </w:tc>
        <w:tc>
          <w:tcPr>
            <w:tcW w:type="dxa" w:w="4680"/>
          </w:tcPr>
          <w:p>
            <w:r>
              <w:t>N ________________________________________________</w:t>
            </w:r>
          </w:p>
        </w:tc>
      </w:tr>
      <w:tr>
        <w:tc>
          <w:tcPr>
            <w:tcW w:type="dxa" w:w="4680"/>
          </w:tcPr>
          <w:p>
            <w:r>
              <w:t>Payment Method</w:t>
            </w:r>
          </w:p>
        </w:tc>
        <w:tc>
          <w:tcPr>
            <w:tcW w:type="dxa" w:w="4680"/>
          </w:tcPr>
          <w:p>
            <w:r>
              <w:t>☐ Cash  ☐ Bank Transfer  ☐ Check  ☐ Other_______</w:t>
            </w:r>
          </w:p>
        </w:tc>
      </w:tr>
    </w:tbl>
    <w:p/>
    <w:p>
      <w:pPr>
        <w:pStyle w:val="Heading2"/>
      </w:pPr>
      <w:r>
        <w:t>5. TENANT'S OBLIGATIONS</w:t>
      </w:r>
    </w:p>
    <w:p>
      <w:pPr>
        <w:pStyle w:val="ListNumber"/>
      </w:pPr>
      <w:r>
        <w:t>To pay rent as agreed on or before the due date without deduction</w:t>
      </w:r>
    </w:p>
    <w:p>
      <w:pPr>
        <w:pStyle w:val="ListNumber"/>
      </w:pPr>
      <w:r>
        <w:t>To pay all utilities (electricity, water, gas) if not included in rental agreement</w:t>
      </w:r>
    </w:p>
    <w:p>
      <w:pPr>
        <w:pStyle w:val="ListNumber"/>
      </w:pPr>
      <w:r>
        <w:t>To maintain the property in good condition and repair ordinary wear and tear</w:t>
      </w:r>
    </w:p>
    <w:p>
      <w:pPr>
        <w:pStyle w:val="ListNumber"/>
      </w:pPr>
      <w:r>
        <w:t>To keep the property clean and hygienic</w:t>
      </w:r>
    </w:p>
    <w:p>
      <w:pPr>
        <w:pStyle w:val="ListNumber"/>
      </w:pPr>
      <w:r>
        <w:t>Not to cause damage to the property or fixtures beyond normal wear and tear</w:t>
      </w:r>
    </w:p>
    <w:p>
      <w:pPr>
        <w:pStyle w:val="ListNumber"/>
      </w:pPr>
      <w:r>
        <w:t>Not to sublet or assign the property without written consent of the landlord</w:t>
      </w:r>
    </w:p>
    <w:p>
      <w:pPr>
        <w:pStyle w:val="ListNumber"/>
      </w:pPr>
      <w:r>
        <w:t>Not to use the property for illegal or immoral purposes</w:t>
      </w:r>
    </w:p>
    <w:p>
      <w:pPr>
        <w:pStyle w:val="ListNumber"/>
      </w:pPr>
      <w:r>
        <w:t>To allow the landlord access for inspections with reasonable notice</w:t>
      </w:r>
    </w:p>
    <w:p>
      <w:pPr>
        <w:pStyle w:val="ListNumber"/>
      </w:pPr>
      <w:r>
        <w:t>To vacate the property on the expiration of tenancy in good condition</w:t>
      </w:r>
    </w:p>
    <w:p>
      <w:pPr>
        <w:pStyle w:val="ListNumber"/>
      </w:pPr>
      <w:r>
        <w:t>To comply with all applicable laws and regulations</w:t>
      </w:r>
    </w:p>
    <w:p>
      <w:pPr>
        <w:pStyle w:val="ListNumber"/>
      </w:pPr>
      <w:r>
        <w:t>Not to keep dangerous animals or hazardous materials without permission</w:t>
      </w:r>
    </w:p>
    <w:p>
      <w:pPr>
        <w:pStyle w:val="ListNumber"/>
      </w:pPr>
      <w:r>
        <w:t>To notify the landlord of any maintenance issues within 24 hours of discovery</w:t>
      </w:r>
    </w:p>
    <w:p/>
    <w:p>
      <w:pPr>
        <w:pStyle w:val="Heading2"/>
      </w:pPr>
      <w:r>
        <w:t>6. LANDLORD'S OBLIGATIONS</w:t>
      </w:r>
    </w:p>
    <w:p>
      <w:pPr>
        <w:pStyle w:val="ListNumber"/>
      </w:pPr>
      <w:r>
        <w:t>To provide the tenant with peaceful and quiet enjoyment of the property</w:t>
      </w:r>
    </w:p>
    <w:p>
      <w:pPr>
        <w:pStyle w:val="ListNumber"/>
      </w:pPr>
      <w:r>
        <w:t>To maintain the structure and exterior of the property in good repair</w:t>
      </w:r>
    </w:p>
    <w:p>
      <w:pPr>
        <w:pStyle w:val="ListNumber"/>
      </w:pPr>
      <w:r>
        <w:t>To ensure that utilities (if included) are functional</w:t>
      </w:r>
    </w:p>
    <w:p>
      <w:pPr>
        <w:pStyle w:val="ListNumber"/>
      </w:pPr>
      <w:r>
        <w:t>To respect the tenant's privacy and provide notice before entry (except emergencies)</w:t>
      </w:r>
    </w:p>
    <w:p>
      <w:pPr>
        <w:pStyle w:val="ListNumber"/>
      </w:pPr>
      <w:r>
        <w:t>To return the security deposit within 30 days of vacating, minus any deductions for damages</w:t>
      </w:r>
    </w:p>
    <w:p>
      <w:pPr>
        <w:pStyle w:val="ListNumber"/>
      </w:pPr>
      <w:r>
        <w:t>To provide documentation of any deductions from the security deposit</w:t>
      </w:r>
    </w:p>
    <w:p/>
    <w:p>
      <w:pPr>
        <w:pStyle w:val="Heading2"/>
      </w:pPr>
      <w:r>
        <w:t>7. RENT REVIEW AND INCREASE</w:t>
      </w:r>
    </w:p>
    <w:p>
      <w:r>
        <w:t>The rent may be reviewed annually with a minimum of 30 days' written notice to the tenant. Any increase shall not exceed 10% per annum or as mutually agreed upon by both parties.</w:t>
      </w:r>
    </w:p>
    <w:p>
      <w:r>
        <w:t>Rent Review Details: ________________________________________________</w:t>
      </w:r>
    </w:p>
    <w:p/>
    <w:p>
      <w:pPr>
        <w:pStyle w:val="Heading2"/>
      </w:pPr>
      <w:r>
        <w:t>8. MAINTENANCE AND REPAIRS</w:t>
      </w:r>
    </w:p>
    <w:p>
      <w:r>
        <w:t>The tenant is responsible for minor repairs and maintenance of the property. Major repairs affecting the structure, roof, or foundation are the responsibility of the landlord. All maintenance issues must be reported within 24 hours.</w:t>
      </w:r>
    </w:p>
    <w:p>
      <w:r>
        <w:t>Additional Details: ________________________________________________</w:t>
      </w:r>
    </w:p>
    <w:p/>
    <w:p>
      <w:pPr>
        <w:pStyle w:val="Heading2"/>
      </w:pPr>
      <w:r>
        <w:t>9. DEFAULT AND REMEDIES</w:t>
      </w:r>
    </w:p>
    <w:p>
      <w:r>
        <w:t>If the tenant fails to pay rent within 7 days of the due date, the landlord may:</w:t>
      </w:r>
    </w:p>
    <w:p>
      <w:pPr>
        <w:pStyle w:val="ListBullet"/>
      </w:pPr>
      <w:r>
        <w:t>Charge a late payment fee of ₦_________________</w:t>
      </w:r>
    </w:p>
    <w:p>
      <w:pPr>
        <w:pStyle w:val="ListBullet"/>
      </w:pPr>
      <w:r>
        <w:t>Issue a written notice of breach</w:t>
      </w:r>
    </w:p>
    <w:p>
      <w:pPr>
        <w:pStyle w:val="ListBullet"/>
      </w:pPr>
      <w:r>
        <w:t>Commence legal proceedings for eviction</w:t>
      </w:r>
    </w:p>
    <w:p>
      <w:pPr>
        <w:pStyle w:val="ListBullet"/>
      </w:pPr>
      <w:r>
        <w:t>Pursue recovery of all arrears and legal costs</w:t>
      </w:r>
    </w:p>
    <w:p/>
    <w:p>
      <w:pPr>
        <w:pStyle w:val="Heading2"/>
      </w:pPr>
      <w:r>
        <w:t>10. TERMINATION AND EVICTION</w:t>
      </w:r>
    </w:p>
    <w:p>
      <w:r>
        <w:t>Either party may terminate this agreement with 30 days' written notice (unless otherwise stated). The landlord may initiate eviction proceedings if:</w:t>
      </w:r>
    </w:p>
    <w:p>
      <w:pPr>
        <w:pStyle w:val="ListBullet"/>
      </w:pPr>
      <w:r>
        <w:t>Rent is not paid for more than 30 days</w:t>
      </w:r>
    </w:p>
    <w:p>
      <w:pPr>
        <w:pStyle w:val="ListBullet"/>
      </w:pPr>
      <w:r>
        <w:t>The property is used for illegal purposes</w:t>
      </w:r>
    </w:p>
    <w:p>
      <w:pPr>
        <w:pStyle w:val="ListBullet"/>
      </w:pPr>
      <w:r>
        <w:t>The tenant causes significant damage to the property</w:t>
      </w:r>
    </w:p>
    <w:p>
      <w:pPr>
        <w:pStyle w:val="ListBullet"/>
      </w:pPr>
      <w:r>
        <w:t>The tenant creates a nuisance affecting other residents</w:t>
      </w:r>
    </w:p>
    <w:p/>
    <w:p>
      <w:pPr>
        <w:pStyle w:val="Heading2"/>
      </w:pPr>
      <w:r>
        <w:t>11. GENERAL CONDITIONS</w:t>
      </w:r>
    </w:p>
    <w:p>
      <w:pPr>
        <w:pStyle w:val="ListBullet"/>
      </w:pPr>
      <w:r>
        <w:t>No smoking is permitted inside the property (unless otherwise agreed)</w:t>
      </w:r>
    </w:p>
    <w:p>
      <w:pPr>
        <w:pStyle w:val="ListBullet"/>
      </w:pPr>
      <w:r>
        <w:t>Loud noise and disturbances are prohibited</w:t>
      </w:r>
    </w:p>
    <w:p>
      <w:pPr>
        <w:pStyle w:val="ListBullet"/>
      </w:pPr>
      <w:r>
        <w:t>The tenant may not modify the structure or layout without written permission</w:t>
      </w:r>
    </w:p>
    <w:p>
      <w:pPr>
        <w:pStyle w:val="ListBullet"/>
      </w:pPr>
      <w:r>
        <w:t>Visitors must be reasonable and not pose a security risk</w:t>
      </w:r>
    </w:p>
    <w:p>
      <w:pPr>
        <w:pStyle w:val="ListBullet"/>
      </w:pPr>
      <w:r>
        <w:t>Pets are not allowed without prior written consent</w:t>
      </w:r>
    </w:p>
    <w:p>
      <w:pPr>
        <w:pStyle w:val="ListBullet"/>
      </w:pPr>
      <w:r>
        <w:t>The tenant assumes responsibility for contents and personal property</w:t>
      </w:r>
    </w:p>
    <w:p/>
    <w:p>
      <w:pPr>
        <w:pStyle w:val="Heading2"/>
      </w:pPr>
      <w:r>
        <w:t>12. SPECIAL AGREEMENTS</w:t>
      </w:r>
    </w:p>
    <w:p>
      <w:r>
        <w:t>Any special agreements or arrangements between the landlord and tenant shall be recorded below:</w:t>
      </w:r>
    </w:p>
    <w:p/>
    <w:p>
      <w:r>
        <w:t>_________________________________________________________________</w:t>
      </w:r>
    </w:p>
    <w:p>
      <w:r>
        <w:t>_________________________________________________________________</w:t>
      </w:r>
    </w:p>
    <w:p>
      <w:r>
        <w:t>_________________________________________________________________</w:t>
      </w:r>
    </w:p>
    <w:p/>
    <w:p>
      <w:pPr>
        <w:pStyle w:val="Heading2"/>
      </w:pPr>
      <w:r>
        <w:t>13. DISPUTE RESOLUTION</w:t>
      </w:r>
    </w:p>
    <w:p>
      <w:r>
        <w:t>Any disputes arising from this agreement shall be resolved through mutual negotiation. If negotiation fails, both parties agree to submit to arbitration in accordance with the arbitration laws of Nigeria.</w:t>
      </w:r>
    </w:p>
    <w:p/>
    <w:p/>
    <w:p>
      <w:pPr>
        <w:pStyle w:val="Heading2"/>
      </w:pPr>
      <w:r>
        <w:t>14. SIGNATURES</w:t>
      </w:r>
    </w:p>
    <w:tbl>
      <w:tblPr>
        <w:tblStyle w:val="LightGrid-Accent1"/>
        <w:tblW w:type="auto" w:w="0"/>
        <w:tblLook w:firstColumn="1" w:firstRow="1" w:lastColumn="0" w:lastRow="0" w:noHBand="0" w:noVBand="1" w:val="04A0"/>
      </w:tblPr>
      <w:tblGrid>
        <w:gridCol w:w="4680"/>
        <w:gridCol w:w="4680"/>
      </w:tblGrid>
      <w:tr>
        <w:tc>
          <w:tcPr>
            <w:tcW w:type="dxa" w:w="4680"/>
          </w:tcPr>
          <w:p>
            <w:r>
              <w:t>LANDLORD</w:t>
            </w:r>
          </w:p>
        </w:tc>
        <w:tc>
          <w:tcPr>
            <w:tcW w:type="dxa" w:w="4680"/>
          </w:tcPr>
          <w:p>
            <w:r>
              <w:t>TENANT</w:t>
            </w:r>
          </w:p>
        </w:tc>
      </w:tr>
      <w:tr>
        <w:tc>
          <w:tcPr>
            <w:tcW w:type="dxa" w:w="4680"/>
          </w:tcPr>
          <w:p>
            <w:r>
              <w:t>Signature: _________________________</w:t>
            </w:r>
          </w:p>
        </w:tc>
        <w:tc>
          <w:tcPr>
            <w:tcW w:type="dxa" w:w="4680"/>
          </w:tcPr>
          <w:p>
            <w:r>
              <w:t>Signature: _________________________</w:t>
            </w:r>
          </w:p>
        </w:tc>
      </w:tr>
      <w:tr>
        <w:tc>
          <w:tcPr>
            <w:tcW w:type="dxa" w:w="4680"/>
          </w:tcPr>
          <w:p>
            <w:r>
              <w:t>Name (Print): _________________________</w:t>
            </w:r>
          </w:p>
        </w:tc>
        <w:tc>
          <w:tcPr>
            <w:tcW w:type="dxa" w:w="4680"/>
          </w:tcPr>
          <w:p>
            <w:r>
              <w:t>Name (Print): _________________________</w:t>
            </w:r>
          </w:p>
        </w:tc>
      </w:tr>
      <w:tr>
        <w:tc>
          <w:tcPr>
            <w:tcW w:type="dxa" w:w="4680"/>
          </w:tcPr>
          <w:p>
            <w:r>
              <w:t>Date: _________________________</w:t>
            </w:r>
          </w:p>
        </w:tc>
        <w:tc>
          <w:tcPr>
            <w:tcW w:type="dxa" w:w="4680"/>
          </w:tcPr>
          <w:p>
            <w:r>
              <w:t>Date: _________________________</w:t>
            </w:r>
          </w:p>
        </w:tc>
      </w:tr>
      <w:tr>
        <w:tc>
          <w:tcPr>
            <w:tcW w:type="dxa" w:w="4680"/>
          </w:tcPr>
          <w:p>
            <w:r>
              <w:t>Email: _________________________</w:t>
            </w:r>
          </w:p>
        </w:tc>
        <w:tc>
          <w:tcPr>
            <w:tcW w:type="dxa" w:w="4680"/>
          </w:tcPr>
          <w:p>
            <w:r>
              <w:t>Email: _________________________</w:t>
            </w:r>
          </w:p>
        </w:tc>
      </w:tr>
      <w:tr>
        <w:tc>
          <w:tcPr>
            <w:tcW w:type="dxa" w:w="4680"/>
          </w:tcPr>
          <w:p>
            <w:r>
              <w:t>Phone: _________________________</w:t>
            </w:r>
          </w:p>
        </w:tc>
        <w:tc>
          <w:tcPr>
            <w:tcW w:type="dxa" w:w="4680"/>
          </w:tcPr>
          <w:p>
            <w:r>
              <w:t>Phone: _________________________</w:t>
            </w:r>
          </w:p>
        </w:tc>
      </w:tr>
    </w:tbl>
    <w:p/>
    <w:p>
      <w:pPr>
        <w:pStyle w:val="Heading2"/>
      </w:pPr>
      <w:r>
        <w:t>15. WITNESSES</w:t>
      </w:r>
    </w:p>
    <w:tbl>
      <w:tblPr>
        <w:tblStyle w:val="LightGrid-Accent1"/>
        <w:tblW w:type="auto" w:w="0"/>
        <w:tblLook w:firstColumn="1" w:firstRow="1" w:lastColumn="0" w:lastRow="0" w:noHBand="0" w:noVBand="1" w:val="04A0"/>
      </w:tblPr>
      <w:tblGrid>
        <w:gridCol w:w="4680"/>
        <w:gridCol w:w="4680"/>
      </w:tblGrid>
      <w:tr>
        <w:tc>
          <w:tcPr>
            <w:tcW w:type="dxa" w:w="4680"/>
          </w:tcPr>
          <w:p>
            <w:r>
              <w:t>WITNESS 1</w:t>
            </w:r>
          </w:p>
        </w:tc>
        <w:tc>
          <w:tcPr>
            <w:tcW w:type="dxa" w:w="4680"/>
          </w:tcPr>
          <w:p>
            <w:r>
              <w:t>WITNESS 2</w:t>
            </w:r>
          </w:p>
        </w:tc>
      </w:tr>
      <w:tr>
        <w:tc>
          <w:tcPr>
            <w:tcW w:type="dxa" w:w="4680"/>
          </w:tcPr>
          <w:p>
            <w:r>
              <w:t>Name: _________________________</w:t>
            </w:r>
          </w:p>
        </w:tc>
        <w:tc>
          <w:tcPr>
            <w:tcW w:type="dxa" w:w="4680"/>
          </w:tcPr>
          <w:p>
            <w:r>
              <w:t>Name: _________________________</w:t>
            </w:r>
          </w:p>
        </w:tc>
      </w:tr>
      <w:tr>
        <w:tc>
          <w:tcPr>
            <w:tcW w:type="dxa" w:w="4680"/>
          </w:tcPr>
          <w:p>
            <w:r>
              <w:t>Signature: _________________________</w:t>
            </w:r>
          </w:p>
        </w:tc>
        <w:tc>
          <w:tcPr>
            <w:tcW w:type="dxa" w:w="4680"/>
          </w:tcPr>
          <w:p>
            <w:r>
              <w:t>Signature: _________________________</w:t>
            </w:r>
          </w:p>
        </w:tc>
      </w:tr>
      <w:tr>
        <w:tc>
          <w:tcPr>
            <w:tcW w:type="dxa" w:w="4680"/>
          </w:tcPr>
          <w:p>
            <w:r>
              <w:t>Address: _________________________</w:t>
            </w:r>
          </w:p>
        </w:tc>
        <w:tc>
          <w:tcPr>
            <w:tcW w:type="dxa" w:w="4680"/>
          </w:tcPr>
          <w:p>
            <w:r>
              <w:t>Address: _________________________</w:t>
            </w:r>
          </w:p>
        </w:tc>
      </w:tr>
      <w:tr>
        <w:tc>
          <w:tcPr>
            <w:tcW w:type="dxa" w:w="4680"/>
          </w:tcPr>
          <w:p>
            <w:r>
              <w:t>Date: _________________________</w:t>
            </w:r>
          </w:p>
        </w:tc>
        <w:tc>
          <w:tcPr>
            <w:tcW w:type="dxa" w:w="4680"/>
          </w:tcPr>
          <w:p>
            <w:r>
              <w:t>Date: _________________________</w:t>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